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</w:pPr>
      <w:r>
        <w:rPr>
          <w:b w:val="0"/>
        </w:rPr>
        <w:t xml:space="preserve">Ref No. </w:t>
      </w:r>
      <w:r>
        <w:t>___________________________</w:t>
      </w:r>
      <w:r>
        <w:tab/>
      </w:r>
      <w:r>
        <w:t xml:space="preserve">Date: </w:t>
      </w:r>
      <w:r>
        <w:t>___________________________</w:t>
      </w:r>
    </w:p>
    <w:p>
      <w:pPr>
        <w:spacing w:after="500"/>
        <w:jc w:val="center"/>
      </w:pPr>
      <w:r>
        <w:rPr>
          <w:b/>
          <w:sz w:val="32"/>
        </w:rPr>
        <w:t>To Whomsoever It May Concern</w:t>
      </w:r>
    </w:p>
    <w:p>
      <w:pPr>
        <w:spacing w:line="276" w:lineRule="auto" w:after="440"/>
      </w:pPr>
      <w:r>
        <w:t xml:space="preserve">This letter is to express No Objection on Mr./Mrs./Ms./Dr. </w:t>
      </w:r>
      <w:r>
        <w:rPr>
          <w:u w:val="single"/>
        </w:rPr>
        <w:t>&lt;Participant name&gt;</w:t>
      </w:r>
      <w:r>
        <w:t xml:space="preserve"> in attending </w:t>
      </w:r>
      <w:r>
        <w:rPr>
          <w:u w:val="single"/>
        </w:rPr>
        <w:t>&lt;VAANI Title&gt;</w:t>
      </w:r>
      <w:r>
        <w:t xml:space="preserve"> conducted at </w:t>
      </w:r>
      <w:r>
        <w:rPr>
          <w:u w:val="single"/>
        </w:rPr>
        <w:t>&lt;Institute Name&gt;</w:t>
      </w:r>
      <w:r>
        <w:t xml:space="preserve"> from </w:t>
      </w:r>
      <w:r>
        <w:rPr>
          <w:u w:val="single"/>
        </w:rPr>
        <w:t>&lt;Start Date to End Date&gt;</w:t>
      </w:r>
      <w:r>
        <w:t>.</w:t>
      </w:r>
    </w:p>
    <w:p>
      <w:pPr>
        <w:spacing w:line="276" w:lineRule="auto" w:after="700"/>
      </w:pPr>
      <w:r>
        <w:t>This certificate is issued as per requirement of AICTE for successful conduction of ATAL Faculty Development Program.</w:t>
      </w:r>
    </w:p>
    <w:p>
      <w:pPr>
        <w:spacing w:after="80"/>
        <w:jc w:val="right"/>
      </w:pPr>
      <w:r>
        <w:rPr>
          <w:b/>
        </w:rPr>
        <w:t>Yours Sincerely,</w:t>
      </w:r>
    </w:p>
    <w:p>
      <w:pPr>
        <w:spacing w:after="40"/>
        <w:jc w:val="right"/>
      </w:pPr>
      <w:r/>
    </w:p>
    <w:p>
      <w:pPr>
        <w:spacing w:after="40"/>
        <w:jc w:val="right"/>
      </w:pPr>
      <w:r>
        <w:t>(Sign &amp; Stamp)</w:t>
      </w:r>
    </w:p>
    <w:p>
      <w:pPr>
        <w:spacing w:after="40"/>
        <w:jc w:val="right"/>
      </w:pPr>
      <w:r>
        <w:t>HoI/Competent Authority</w:t>
      </w:r>
    </w:p>
    <w:p>
      <w:pPr>
        <w:spacing w:after="40"/>
        <w:jc w:val="right"/>
      </w:pPr>
      <w:r>
        <w:t>Institute Name and Address</w:t>
      </w:r>
    </w:p>
    <w:sectPr w:rsidR="00FC693F" w:rsidRPr="0006063C" w:rsidSect="00034616">
      <w:pgSz w:w="12240" w:h="15840"/>
      <w:pgMar w:top="1008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